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88B2" w14:textId="77777777" w:rsidR="00705F52" w:rsidRDefault="00705F52">
      <w:pPr>
        <w:pStyle w:val="Heading1"/>
      </w:pPr>
      <w:r>
        <w:t>Gold Standard Performance</w:t>
      </w:r>
    </w:p>
    <w:p w14:paraId="3A4C1A9C" w14:textId="79E6D245" w:rsidR="006B0066" w:rsidRDefault="00000000">
      <w:pPr>
        <w:pStyle w:val="Heading1"/>
      </w:pPr>
      <w:r>
        <w:t>Business Policies</w:t>
      </w:r>
    </w:p>
    <w:p w14:paraId="14A59B35" w14:textId="77777777" w:rsidR="006B0066" w:rsidRDefault="00000000">
      <w:r>
        <w:rPr>
          <w:b/>
        </w:rPr>
        <w:t>Privacy Policy</w:t>
      </w:r>
    </w:p>
    <w:p w14:paraId="303FED23" w14:textId="77777777" w:rsidR="006B0066" w:rsidRDefault="00000000">
      <w:r>
        <w:t>We collect only the information needed to schedule services, process payments, and communicate with customers. Customer information is not sold or shared except as required to process payments or comply with applicable law. Photos of vehicles may be used for marketing only with customer permission.</w:t>
      </w:r>
    </w:p>
    <w:p w14:paraId="1F7929FD" w14:textId="77777777" w:rsidR="006B0066" w:rsidRDefault="00000000">
      <w:r>
        <w:rPr>
          <w:b/>
        </w:rPr>
        <w:t>Booking, Cancellation &amp; Deposit Policy</w:t>
      </w:r>
    </w:p>
    <w:p w14:paraId="064C9353" w14:textId="7E1027DC" w:rsidR="006B0066" w:rsidRDefault="00000000">
      <w:r>
        <w:t>Appointments require a deposit to reserve your time. Deposits are non-refundable. If you need to reschedule, please provide at least 24 hours' notice. We may, at our discretion, transfer the deposit to a new appointment when adequate notice is given. No-shows or late cancellations forfeit the deposit.</w:t>
      </w:r>
    </w:p>
    <w:p w14:paraId="42BC8469" w14:textId="77777777" w:rsidR="006B0066" w:rsidRDefault="00000000">
      <w:r>
        <w:rPr>
          <w:b/>
        </w:rPr>
        <w:t>Right to Refuse or Cancel Service</w:t>
      </w:r>
    </w:p>
    <w:p w14:paraId="55307EE5" w14:textId="77777777" w:rsidR="006B0066" w:rsidRDefault="00000000">
      <w:r>
        <w:t>The Gold Standard reserves the right to refuse or discontinue service for safety concerns, biohazards, aggressive behavior, inaccessible vehicles, unsafe working conditions, or if the vehicle condition differs substantially from what was disclosed at booking. If service is refused after arrival due to undisclosed conditions, the deposit remains non-refundable.</w:t>
      </w:r>
    </w:p>
    <w:p w14:paraId="4080ED5C" w14:textId="77777777" w:rsidR="006B0066" w:rsidRDefault="00000000">
      <w:r>
        <w:rPr>
          <w:b/>
        </w:rPr>
        <w:t>Additional Charges</w:t>
      </w:r>
    </w:p>
    <w:p w14:paraId="2D1EB7EB" w14:textId="77777777" w:rsidR="006B0066" w:rsidRDefault="00000000">
      <w:r>
        <w:t>Additional charges may apply for excessive pet hair, sand, mud, bodily fluids, mold, heavy staining, excessive trash, or other conditions requiring substantially more labor than a standard service.</w:t>
      </w:r>
    </w:p>
    <w:p w14:paraId="0E826F84" w14:textId="77777777" w:rsidR="006B0066" w:rsidRDefault="00000000">
      <w:r>
        <w:rPr>
          <w:b/>
        </w:rPr>
        <w:t>Service Limitations</w:t>
      </w:r>
    </w:p>
    <w:p w14:paraId="3CFCD6D2" w14:textId="77777777" w:rsidR="006B0066" w:rsidRDefault="00000000">
      <w:r>
        <w:t>Service times are estimates. Some stains, odors, scratches, or defects cannot be fully removed. Results vary based on vehicle condition.</w:t>
      </w:r>
    </w:p>
    <w:p w14:paraId="4ACA1526" w14:textId="77777777" w:rsidR="006B0066" w:rsidRDefault="00000000">
      <w:r>
        <w:rPr>
          <w:b/>
        </w:rPr>
        <w:t>Customer Property</w:t>
      </w:r>
    </w:p>
    <w:p w14:paraId="459A2AFF" w14:textId="529395D9" w:rsidR="006B0066" w:rsidRDefault="00000000">
      <w:r>
        <w:t xml:space="preserve">Please remove valuables before your appointment. </w:t>
      </w:r>
      <w:r w:rsidR="00705F52">
        <w:t>“Gold Standard Performance”</w:t>
      </w:r>
      <w:r>
        <w:t xml:space="preserve"> is not responsible for personal items left in the vehicle.</w:t>
      </w:r>
    </w:p>
    <w:p w14:paraId="46704A75" w14:textId="77777777" w:rsidR="006B0066" w:rsidRDefault="00000000">
      <w:r>
        <w:rPr>
          <w:b/>
        </w:rPr>
        <w:t>Satisfaction Policy</w:t>
      </w:r>
    </w:p>
    <w:p w14:paraId="5CE551D4" w14:textId="77777777" w:rsidR="006B0066" w:rsidRDefault="00000000">
      <w:r>
        <w:t>If you are dissatisfied, please notify us within 24 hours so we can inspect the vehicle and, when appropriate, correct any service-related issue.</w:t>
      </w:r>
    </w:p>
    <w:sectPr w:rsidR="006B0066" w:rsidSect="00034616">
      <w:headerReference w:type="even" r:id="rId8"/>
      <w:headerReference w:type="default" r:id="rId9"/>
      <w:head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B5C5" w14:textId="77777777" w:rsidR="0079510A" w:rsidRDefault="0079510A" w:rsidP="00705F52">
      <w:pPr>
        <w:spacing w:after="0" w:line="240" w:lineRule="auto"/>
      </w:pPr>
      <w:r>
        <w:separator/>
      </w:r>
    </w:p>
  </w:endnote>
  <w:endnote w:type="continuationSeparator" w:id="0">
    <w:p w14:paraId="07D2CC8F" w14:textId="77777777" w:rsidR="0079510A" w:rsidRDefault="0079510A" w:rsidP="00705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eiy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4502A" w14:textId="77777777" w:rsidR="0079510A" w:rsidRDefault="0079510A" w:rsidP="00705F52">
      <w:pPr>
        <w:spacing w:after="0" w:line="240" w:lineRule="auto"/>
      </w:pPr>
      <w:r>
        <w:separator/>
      </w:r>
    </w:p>
  </w:footnote>
  <w:footnote w:type="continuationSeparator" w:id="0">
    <w:p w14:paraId="7981A21A" w14:textId="77777777" w:rsidR="0079510A" w:rsidRDefault="0079510A" w:rsidP="00705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AF30" w14:textId="22153523" w:rsidR="00705F52" w:rsidRDefault="00705F52">
    <w:pPr>
      <w:pStyle w:val="Header"/>
    </w:pPr>
    <w:r>
      <w:rPr>
        <w:noProof/>
      </w:rPr>
      <mc:AlternateContent>
        <mc:Choice Requires="wps">
          <w:drawing>
            <wp:anchor distT="0" distB="0" distL="0" distR="0" simplePos="0" relativeHeight="251659264" behindDoc="0" locked="0" layoutInCell="1" allowOverlap="1" wp14:anchorId="22A44134" wp14:editId="7842913C">
              <wp:simplePos x="635" y="635"/>
              <wp:positionH relativeFrom="page">
                <wp:align>left</wp:align>
              </wp:positionH>
              <wp:positionV relativeFrom="page">
                <wp:align>top</wp:align>
              </wp:positionV>
              <wp:extent cx="1743710" cy="379730"/>
              <wp:effectExtent l="0" t="0" r="8890" b="1270"/>
              <wp:wrapNone/>
              <wp:docPr id="1240883641" name="Text Box 2" descr="•• PROTECTED 関係者外秘">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3710" cy="379730"/>
                      </a:xfrm>
                      <a:prstGeom prst="rect">
                        <a:avLst/>
                      </a:prstGeom>
                      <a:noFill/>
                      <a:ln>
                        <a:noFill/>
                      </a:ln>
                    </wps:spPr>
                    <wps:txbx>
                      <w:txbxContent>
                        <w:p w14:paraId="3182197A" w14:textId="671822C7" w:rsidR="00705F52" w:rsidRPr="00705F52" w:rsidRDefault="00705F52" w:rsidP="00705F52">
                          <w:pPr>
                            <w:spacing w:after="0"/>
                            <w:rPr>
                              <w:rFonts w:ascii="Meiyo" w:eastAsia="Meiyo" w:hAnsi="Meiyo" w:cs="Meiyo"/>
                              <w:noProof/>
                              <w:color w:val="000000"/>
                              <w:sz w:val="20"/>
                              <w:szCs w:val="20"/>
                            </w:rPr>
                          </w:pPr>
                          <w:r w:rsidRPr="00705F52">
                            <w:rPr>
                              <w:rFonts w:ascii="Meiyo" w:eastAsia="Meiyo" w:hAnsi="Meiyo" w:cs="Meiyo"/>
                              <w:noProof/>
                              <w:color w:val="000000"/>
                              <w:sz w:val="20"/>
                              <w:szCs w:val="20"/>
                            </w:rPr>
                            <w:t>•• PROTECTED 関係者外秘</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A44134" id="_x0000_t202" coordsize="21600,21600" o:spt="202" path="m,l,21600r21600,l21600,xe">
              <v:stroke joinstyle="miter"/>
              <v:path gradientshapeok="t" o:connecttype="rect"/>
            </v:shapetype>
            <v:shape id="Text Box 2" o:spid="_x0000_s1026" type="#_x0000_t202" alt="•• PROTECTED 関係者外秘" style="position:absolute;margin-left:0;margin-top:0;width:137.3pt;height:29.9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" filled="f" stroked="f">
              <v:fill o:detectmouseclick="t"/>
              <v:textbox style="mso-fit-shape-to-text:t" inset="20pt,15pt,0,0">
                <w:txbxContent>
                  <w:p w14:paraId="3182197A" w14:textId="671822C7" w:rsidR="00705F52" w:rsidRPr="00705F52" w:rsidRDefault="00705F52" w:rsidP="00705F52">
                    <w:pPr>
                      <w:spacing w:after="0"/>
                      <w:rPr>
                        <w:rFonts w:ascii="Meiyo" w:eastAsia="Meiyo" w:hAnsi="Meiyo" w:cs="Meiyo"/>
                        <w:noProof/>
                        <w:color w:val="000000"/>
                        <w:sz w:val="20"/>
                        <w:szCs w:val="20"/>
                      </w:rPr>
                    </w:pPr>
                    <w:r w:rsidRPr="00705F52">
                      <w:rPr>
                        <w:rFonts w:ascii="Meiyo" w:eastAsia="Meiyo" w:hAnsi="Meiyo" w:cs="Meiyo"/>
                        <w:noProof/>
                        <w:color w:val="000000"/>
                        <w:sz w:val="20"/>
                        <w:szCs w:val="20"/>
                      </w:rPr>
                      <w:t>•• PROTECTED 関係者外秘</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22DA" w14:textId="745CE432" w:rsidR="00705F52" w:rsidRDefault="00705F52">
    <w:pPr>
      <w:pStyle w:val="Header"/>
    </w:pPr>
    <w:r>
      <w:rPr>
        <w:noProof/>
      </w:rPr>
      <mc:AlternateContent>
        <mc:Choice Requires="wps">
          <w:drawing>
            <wp:anchor distT="0" distB="0" distL="0" distR="0" simplePos="0" relativeHeight="251660288" behindDoc="0" locked="0" layoutInCell="1" allowOverlap="1" wp14:anchorId="2AAB5A63" wp14:editId="46B5F15E">
              <wp:simplePos x="1143000" y="457200"/>
              <wp:positionH relativeFrom="page">
                <wp:align>left</wp:align>
              </wp:positionH>
              <wp:positionV relativeFrom="page">
                <wp:align>top</wp:align>
              </wp:positionV>
              <wp:extent cx="1743710" cy="379730"/>
              <wp:effectExtent l="0" t="0" r="8890" b="1270"/>
              <wp:wrapNone/>
              <wp:docPr id="301436720" name="Text Box 3" descr="•• PROTECTED 関係者外秘">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3710" cy="379730"/>
                      </a:xfrm>
                      <a:prstGeom prst="rect">
                        <a:avLst/>
                      </a:prstGeom>
                      <a:noFill/>
                      <a:ln>
                        <a:noFill/>
                      </a:ln>
                    </wps:spPr>
                    <wps:txbx>
                      <w:txbxContent>
                        <w:p w14:paraId="0CCBA0EB" w14:textId="7AE90453" w:rsidR="00705F52" w:rsidRPr="00705F52" w:rsidRDefault="00705F52" w:rsidP="00705F52">
                          <w:pPr>
                            <w:spacing w:after="0"/>
                            <w:rPr>
                              <w:rFonts w:ascii="Meiyo" w:eastAsia="Meiyo" w:hAnsi="Meiyo" w:cs="Meiyo"/>
                              <w:noProof/>
                              <w:color w:val="000000"/>
                              <w:sz w:val="20"/>
                              <w:szCs w:val="20"/>
                            </w:rPr>
                          </w:pPr>
                          <w:r w:rsidRPr="00705F52">
                            <w:rPr>
                              <w:rFonts w:ascii="Meiyo" w:eastAsia="Meiyo" w:hAnsi="Meiyo" w:cs="Meiyo"/>
                              <w:noProof/>
                              <w:color w:val="000000"/>
                              <w:sz w:val="20"/>
                              <w:szCs w:val="20"/>
                            </w:rPr>
                            <w:t>•• PROTECTED 関係者外秘</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AB5A63" id="_x0000_t202" coordsize="21600,21600" o:spt="202" path="m,l,21600r21600,l21600,xe">
              <v:stroke joinstyle="miter"/>
              <v:path gradientshapeok="t" o:connecttype="rect"/>
            </v:shapetype>
            <v:shape id="Text Box 3" o:spid="_x0000_s1027" type="#_x0000_t202" alt="•• PROTECTED 関係者外秘" style="position:absolute;margin-left:0;margin-top:0;width:137.3pt;height:29.9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" filled="f" stroked="f">
              <v:fill o:detectmouseclick="t"/>
              <v:textbox style="mso-fit-shape-to-text:t" inset="20pt,15pt,0,0">
                <w:txbxContent>
                  <w:p w14:paraId="0CCBA0EB" w14:textId="7AE90453" w:rsidR="00705F52" w:rsidRPr="00705F52" w:rsidRDefault="00705F52" w:rsidP="00705F52">
                    <w:pPr>
                      <w:spacing w:after="0"/>
                      <w:rPr>
                        <w:rFonts w:ascii="Meiyo" w:eastAsia="Meiyo" w:hAnsi="Meiyo" w:cs="Meiyo"/>
                        <w:noProof/>
                        <w:color w:val="000000"/>
                        <w:sz w:val="20"/>
                        <w:szCs w:val="20"/>
                      </w:rPr>
                    </w:pPr>
                    <w:r w:rsidRPr="00705F52">
                      <w:rPr>
                        <w:rFonts w:ascii="Meiyo" w:eastAsia="Meiyo" w:hAnsi="Meiyo" w:cs="Meiyo"/>
                        <w:noProof/>
                        <w:color w:val="000000"/>
                        <w:sz w:val="20"/>
                        <w:szCs w:val="20"/>
                      </w:rPr>
                      <w:t>•• PROTECTED 関係者外秘</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9774" w14:textId="7DA34702" w:rsidR="00705F52" w:rsidRDefault="00705F52">
    <w:pPr>
      <w:pStyle w:val="Header"/>
    </w:pPr>
    <w:r>
      <w:rPr>
        <w:noProof/>
      </w:rPr>
      <mc:AlternateContent>
        <mc:Choice Requires="wps">
          <w:drawing>
            <wp:anchor distT="0" distB="0" distL="0" distR="0" simplePos="0" relativeHeight="251658240" behindDoc="0" locked="0" layoutInCell="1" allowOverlap="1" wp14:anchorId="7BE8057E" wp14:editId="1F5F5B27">
              <wp:simplePos x="635" y="635"/>
              <wp:positionH relativeFrom="page">
                <wp:align>left</wp:align>
              </wp:positionH>
              <wp:positionV relativeFrom="page">
                <wp:align>top</wp:align>
              </wp:positionV>
              <wp:extent cx="1743710" cy="379730"/>
              <wp:effectExtent l="0" t="0" r="8890" b="1270"/>
              <wp:wrapNone/>
              <wp:docPr id="451701964" name="Text Box 1" descr="•• PROTECTED 関係者外秘">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3710" cy="379730"/>
                      </a:xfrm>
                      <a:prstGeom prst="rect">
                        <a:avLst/>
                      </a:prstGeom>
                      <a:noFill/>
                      <a:ln>
                        <a:noFill/>
                      </a:ln>
                    </wps:spPr>
                    <wps:txbx>
                      <w:txbxContent>
                        <w:p w14:paraId="3885DB21" w14:textId="02345F54" w:rsidR="00705F52" w:rsidRPr="00705F52" w:rsidRDefault="00705F52" w:rsidP="00705F52">
                          <w:pPr>
                            <w:spacing w:after="0"/>
                            <w:rPr>
                              <w:rFonts w:ascii="Meiyo" w:eastAsia="Meiyo" w:hAnsi="Meiyo" w:cs="Meiyo"/>
                              <w:noProof/>
                              <w:color w:val="000000"/>
                              <w:sz w:val="20"/>
                              <w:szCs w:val="20"/>
                            </w:rPr>
                          </w:pPr>
                          <w:r w:rsidRPr="00705F52">
                            <w:rPr>
                              <w:rFonts w:ascii="Meiyo" w:eastAsia="Meiyo" w:hAnsi="Meiyo" w:cs="Meiyo"/>
                              <w:noProof/>
                              <w:color w:val="000000"/>
                              <w:sz w:val="20"/>
                              <w:szCs w:val="20"/>
                            </w:rPr>
                            <w:t>•• PROTECTED 関係者外秘</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E8057E" id="_x0000_t202" coordsize="21600,21600" o:spt="202" path="m,l,21600r21600,l21600,xe">
              <v:stroke joinstyle="miter"/>
              <v:path gradientshapeok="t" o:connecttype="rect"/>
            </v:shapetype>
            <v:shape id="Text Box 1" o:spid="_x0000_s1028" type="#_x0000_t202" alt="•• PROTECTED 関係者外秘" style="position:absolute;margin-left:0;margin-top:0;width:137.3pt;height:29.9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" filled="f" stroked="f">
              <v:fill o:detectmouseclick="t"/>
              <v:textbox style="mso-fit-shape-to-text:t" inset="20pt,15pt,0,0">
                <w:txbxContent>
                  <w:p w14:paraId="3885DB21" w14:textId="02345F54" w:rsidR="00705F52" w:rsidRPr="00705F52" w:rsidRDefault="00705F52" w:rsidP="00705F52">
                    <w:pPr>
                      <w:spacing w:after="0"/>
                      <w:rPr>
                        <w:rFonts w:ascii="Meiyo" w:eastAsia="Meiyo" w:hAnsi="Meiyo" w:cs="Meiyo"/>
                        <w:noProof/>
                        <w:color w:val="000000"/>
                        <w:sz w:val="20"/>
                        <w:szCs w:val="20"/>
                      </w:rPr>
                    </w:pPr>
                    <w:r w:rsidRPr="00705F52">
                      <w:rPr>
                        <w:rFonts w:ascii="Meiyo" w:eastAsia="Meiyo" w:hAnsi="Meiyo" w:cs="Meiyo"/>
                        <w:noProof/>
                        <w:color w:val="000000"/>
                        <w:sz w:val="20"/>
                        <w:szCs w:val="20"/>
                      </w:rPr>
                      <w:t>•• PROTECTED 関係者外秘</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6986727">
    <w:abstractNumId w:val="8"/>
  </w:num>
  <w:num w:numId="2" w16cid:durableId="1898736988">
    <w:abstractNumId w:val="6"/>
  </w:num>
  <w:num w:numId="3" w16cid:durableId="19741593">
    <w:abstractNumId w:val="5"/>
  </w:num>
  <w:num w:numId="4" w16cid:durableId="317151430">
    <w:abstractNumId w:val="4"/>
  </w:num>
  <w:num w:numId="5" w16cid:durableId="1946575435">
    <w:abstractNumId w:val="7"/>
  </w:num>
  <w:num w:numId="6" w16cid:durableId="491875982">
    <w:abstractNumId w:val="3"/>
  </w:num>
  <w:num w:numId="7" w16cid:durableId="1461915694">
    <w:abstractNumId w:val="2"/>
  </w:num>
  <w:num w:numId="8" w16cid:durableId="658196995">
    <w:abstractNumId w:val="1"/>
  </w:num>
  <w:num w:numId="9" w16cid:durableId="467864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B0066"/>
    <w:rsid w:val="00705F52"/>
    <w:rsid w:val="0079510A"/>
    <w:rsid w:val="00AA1D8D"/>
    <w:rsid w:val="00B47730"/>
    <w:rsid w:val="00CB0664"/>
    <w:rsid w:val="00E47A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17F0F6"/>
  <w14:defaultImageDpi w14:val="300"/>
  <w15:docId w15:val="{B5B98429-3A2A-45A1-B3A8-EC7347CC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fbb3c382-541a-4789-80ed-24b21ea5b276}" enabled="1" method="Standard" siteId="{8c642d1d-d709-47b0-ab10-080af10798fb}" contentBits="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Anthony Farrar (TBMNC)</cp:lastModifiedBy>
  <cp:revision>2</cp:revision>
  <dcterms:created xsi:type="dcterms:W3CDTF">2026-07-30T20:07:00Z</dcterms:created>
  <dcterms:modified xsi:type="dcterms:W3CDTF">2026-07-30T20:07:00Z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1aec6ccc,49f661b9,11f78f30</vt:lpwstr>
  </property>
  <property fmtid="{D5CDD505-2E9C-101B-9397-08002B2CF9AE}" pid="3" name="ClassificationContentMarkingHeaderFontProps">
    <vt:lpwstr>#000000,10,Meiyo</vt:lpwstr>
  </property>
  <property fmtid="{D5CDD505-2E9C-101B-9397-08002B2CF9AE}" pid="4" name="ClassificationContentMarkingHeaderText">
    <vt:lpwstr>•• PROTECTED 関係者外秘</vt:lpwstr>
  </property>
</Properties>
</file>